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792"/>
      </w:tblGrid>
      <w:tr>
        <w:tc>
          <w:tcPr>
            <w:tcW w:type="dxa" w:w="9216"/>
            <w:shd w:fill="F8F5EE"/>
            <w:tcMar>
              <w:top w:w="230" w:type="dxa"/>
              <w:start w:w="260" w:type="dxa"/>
              <w:bottom w:w="220" w:type="dxa"/>
              <w:end w:w="260" w:type="dxa"/>
            </w:tcMar>
            <w:tcBorders>
              <w:top w:val="single" w:sz="8" w:color="D9D2C2"/>
              <w:bottom w:val="single" w:sz="8" w:color="D9D2C2"/>
              <w:start w:val="single" w:sz="8" w:color="D9D2C2"/>
              <w:end w:val="single" w:sz="8" w:color="D9D2C2"/>
            </w:tcBorders>
          </w:tcPr>
          <w:p>
            <w:pPr>
              <w:spacing w:after="40"/>
            </w:pPr>
            <w:r>
              <w:rPr>
                <w:rFonts w:ascii="Calibri" w:hAnsi="Calibri"/>
                <w:b/>
                <w:i w:val="0"/>
                <w:color w:val="8E7841"/>
                <w:sz w:val="18"/>
              </w:rPr>
              <w:t>HAMZA EFENDİ BAKLAVA</w:t>
            </w:r>
          </w:p>
          <w:p>
            <w:pPr>
              <w:spacing w:after="60"/>
            </w:pPr>
            <w:r>
              <w:rPr>
                <w:rFonts w:ascii="Calibri" w:hAnsi="Calibri"/>
                <w:b/>
                <w:i w:val="0"/>
                <w:color w:val="29245B"/>
                <w:sz w:val="32"/>
              </w:rPr>
              <w:t>VERİ SORUMLUSUNA BAŞVURU FORMU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454353"/>
                <w:sz w:val="19"/>
              </w:rPr>
              <w:t>6698 sayılı Kişisel Verilerin Korunması Kanunu kapsamında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96"/>
        <w:gridCol w:w="4896"/>
      </w:tblGrid>
      <w:tr>
        <w:tc>
          <w:tcPr>
            <w:tcW w:type="dxa" w:w="1944"/>
            <w:tcMar>
              <w:top w:w="45" w:type="dxa"/>
              <w:start w:w="100" w:type="dxa"/>
              <w:bottom w:w="45" w:type="dxa"/>
              <w:end w:w="10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29245B"/>
                <w:sz w:val="17"/>
              </w:rPr>
              <w:t>Veri Sorumlusu</w:t>
            </w:r>
          </w:p>
        </w:tc>
        <w:tc>
          <w:tcPr>
            <w:tcW w:type="dxa" w:w="7272"/>
            <w:tcMar>
              <w:top w:w="45" w:type="dxa"/>
              <w:start w:w="100" w:type="dxa"/>
              <w:bottom w:w="45" w:type="dxa"/>
              <w:end w:w="10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454353"/>
                <w:sz w:val="17"/>
              </w:rPr>
              <w:t>Aksu Piliç Tarım Sanayi İç ve Dış Tic. A.Ş.</w:t>
            </w:r>
          </w:p>
        </w:tc>
      </w:tr>
      <w:tr>
        <w:tc>
          <w:tcPr>
            <w:tcW w:type="dxa" w:w="1944"/>
            <w:tcMar>
              <w:top w:w="45" w:type="dxa"/>
              <w:start w:w="100" w:type="dxa"/>
              <w:bottom w:w="45" w:type="dxa"/>
              <w:end w:w="10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29245B"/>
                <w:sz w:val="17"/>
              </w:rPr>
              <w:t>Adres</w:t>
            </w:r>
          </w:p>
        </w:tc>
        <w:tc>
          <w:tcPr>
            <w:tcW w:type="dxa" w:w="7272"/>
            <w:tcMar>
              <w:top w:w="45" w:type="dxa"/>
              <w:start w:w="100" w:type="dxa"/>
              <w:bottom w:w="45" w:type="dxa"/>
              <w:end w:w="10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454353"/>
                <w:sz w:val="17"/>
              </w:rPr>
              <w:t>Zeytinli Mah. Turhan Cemal Beriker Blv. No: 830/A, 01355 Seyhan / Adana</w:t>
            </w:r>
          </w:p>
        </w:tc>
      </w:tr>
      <w:tr>
        <w:tc>
          <w:tcPr>
            <w:tcW w:type="dxa" w:w="1944"/>
            <w:tcMar>
              <w:top w:w="45" w:type="dxa"/>
              <w:start w:w="100" w:type="dxa"/>
              <w:bottom w:w="45" w:type="dxa"/>
              <w:end w:w="10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29245B"/>
                <w:sz w:val="17"/>
              </w:rPr>
              <w:t>E-posta</w:t>
            </w:r>
          </w:p>
        </w:tc>
        <w:tc>
          <w:tcPr>
            <w:tcW w:type="dxa" w:w="7272"/>
            <w:tcMar>
              <w:top w:w="45" w:type="dxa"/>
              <w:start w:w="100" w:type="dxa"/>
              <w:bottom w:w="45" w:type="dxa"/>
              <w:end w:w="10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454353"/>
                <w:sz w:val="17"/>
              </w:rPr>
              <w:t>tuketici@hamzaefendi.com.tr</w:t>
            </w:r>
          </w:p>
        </w:tc>
      </w:tr>
      <w:tr>
        <w:tc>
          <w:tcPr>
            <w:tcW w:type="dxa" w:w="1944"/>
            <w:tcMar>
              <w:top w:w="45" w:type="dxa"/>
              <w:start w:w="100" w:type="dxa"/>
              <w:bottom w:w="45" w:type="dxa"/>
              <w:end w:w="10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29245B"/>
                <w:sz w:val="17"/>
              </w:rPr>
              <w:t>KEP</w:t>
            </w:r>
          </w:p>
        </w:tc>
        <w:tc>
          <w:tcPr>
            <w:tcW w:type="dxa" w:w="7272"/>
            <w:tcMar>
              <w:top w:w="45" w:type="dxa"/>
              <w:start w:w="100" w:type="dxa"/>
              <w:bottom w:w="45" w:type="dxa"/>
              <w:end w:w="10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454353"/>
                <w:sz w:val="17"/>
              </w:rPr>
              <w:t>aksupilictarim@hs06.kep.tr</w:t>
            </w:r>
          </w:p>
        </w:tc>
      </w:tr>
    </w:tbl>
    <w:p>
      <w:pPr>
        <w:spacing w:after="20"/>
      </w:pP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548"/>
        <w:gridCol w:w="8668"/>
      </w:tblGrid>
      <w:tr>
        <w:tc>
          <w:tcPr>
            <w:tcW w:type="dxa" w:w="547"/>
            <w:shd w:fill="F8F5EE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i w:val="0"/>
                <w:color w:val="8E7841"/>
                <w:sz w:val="18"/>
              </w:rPr>
              <w:t>1</w:t>
            </w:r>
          </w:p>
        </w:tc>
        <w:tc>
          <w:tcPr>
            <w:tcW w:type="dxa" w:w="8669"/>
            <w:tcMar>
              <w:top w:w="60" w:type="dxa"/>
              <w:start w:w="120" w:type="dxa"/>
              <w:bottom w:w="60" w:type="dxa"/>
              <w:end w:w="60" w:type="dxa"/>
            </w:tcMar>
          </w:tcPr>
          <w:p>
            <w:pPr>
              <w:keepNext/>
              <w:spacing w:after="0"/>
            </w:pPr>
            <w:r>
              <w:rPr>
                <w:rFonts w:ascii="Calibri" w:hAnsi="Calibri"/>
                <w:b/>
                <w:i w:val="0"/>
                <w:color w:val="29245B"/>
                <w:sz w:val="23"/>
              </w:rPr>
              <w:t>Başvuru Sahibinin Bilgileri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96"/>
        <w:gridCol w:w="4896"/>
      </w:tblGrid>
      <w:tr>
        <w:trPr>
          <w:trHeight w:val="420" w:hRule="atLeast"/>
        </w:trPr>
        <w:tc>
          <w:tcPr>
            <w:tcW w:type="dxa" w:w="2376"/>
            <w:shd w:fill="F8F5EE"/>
            <w:tcMar>
              <w:top w:w="95" w:type="dxa"/>
              <w:start w:w="120" w:type="dxa"/>
              <w:bottom w:w="95" w:type="dxa"/>
              <w:end w:w="120" w:type="dxa"/>
            </w:tcMar>
            <w:tcBorders>
              <w:top w:val="single" w:sz="6" w:color="D9D2C2"/>
              <w:bottom w:val="single" w:sz="6" w:color="D9D2C2"/>
              <w:start w:val="single" w:sz="6" w:color="D9D2C2"/>
              <w:end w:val="single" w:sz="6" w:color="D9D2C2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29245B"/>
                <w:sz w:val="18"/>
              </w:rPr>
              <w:t>Ad Soyad</w:t>
            </w:r>
          </w:p>
        </w:tc>
        <w:tc>
          <w:tcPr>
            <w:tcW w:type="dxa" w:w="6840"/>
            <w:shd w:fill="FFFFFF"/>
            <w:tcMar>
              <w:top w:w="95" w:type="dxa"/>
              <w:start w:w="120" w:type="dxa"/>
              <w:bottom w:w="95" w:type="dxa"/>
              <w:end w:w="120" w:type="dxa"/>
            </w:tcMar>
            <w:tcBorders>
              <w:top w:val="single" w:sz="6" w:color="D9D2C2"/>
              <w:bottom w:val="single" w:sz="6" w:color="D9D2C2"/>
              <w:start w:val="single" w:sz="6" w:color="D9D2C2"/>
              <w:end w:val="single" w:sz="6" w:color="D9D2C2"/>
            </w:tcBorders>
            <w:vAlign w:val="center"/>
          </w:tcPr>
          <w:p>
            <w:pPr>
              <w:spacing w:after="0"/>
            </w:pPr>
          </w:p>
        </w:tc>
      </w:tr>
      <w:tr>
        <w:trPr>
          <w:trHeight w:val="420" w:hRule="atLeast"/>
        </w:trPr>
        <w:tc>
          <w:tcPr>
            <w:tcW w:type="dxa" w:w="2376"/>
            <w:shd w:fill="F8F5EE"/>
            <w:tcMar>
              <w:top w:w="95" w:type="dxa"/>
              <w:start w:w="120" w:type="dxa"/>
              <w:bottom w:w="95" w:type="dxa"/>
              <w:end w:w="120" w:type="dxa"/>
            </w:tcMar>
            <w:tcBorders>
              <w:top w:val="single" w:sz="6" w:color="D9D2C2"/>
              <w:bottom w:val="single" w:sz="6" w:color="D9D2C2"/>
              <w:start w:val="single" w:sz="6" w:color="D9D2C2"/>
              <w:end w:val="single" w:sz="6" w:color="D9D2C2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29245B"/>
                <w:sz w:val="18"/>
              </w:rPr>
              <w:t>T.C. Kimlik Numarası</w:t>
            </w:r>
          </w:p>
        </w:tc>
        <w:tc>
          <w:tcPr>
            <w:tcW w:type="dxa" w:w="6840"/>
            <w:shd w:fill="FFFFFF"/>
            <w:tcMar>
              <w:top w:w="95" w:type="dxa"/>
              <w:start w:w="120" w:type="dxa"/>
              <w:bottom w:w="95" w:type="dxa"/>
              <w:end w:w="120" w:type="dxa"/>
            </w:tcMar>
            <w:tcBorders>
              <w:top w:val="single" w:sz="6" w:color="D9D2C2"/>
              <w:bottom w:val="single" w:sz="6" w:color="D9D2C2"/>
              <w:start w:val="single" w:sz="6" w:color="D9D2C2"/>
              <w:end w:val="single" w:sz="6" w:color="D9D2C2"/>
            </w:tcBorders>
            <w:vAlign w:val="center"/>
          </w:tcPr>
          <w:p>
            <w:pPr>
              <w:spacing w:after="0"/>
            </w:pPr>
          </w:p>
        </w:tc>
      </w:tr>
      <w:tr>
        <w:trPr>
          <w:trHeight w:val="420" w:hRule="atLeast"/>
        </w:trPr>
        <w:tc>
          <w:tcPr>
            <w:tcW w:type="dxa" w:w="2376"/>
            <w:shd w:fill="F8F5EE"/>
            <w:tcMar>
              <w:top w:w="95" w:type="dxa"/>
              <w:start w:w="120" w:type="dxa"/>
              <w:bottom w:w="95" w:type="dxa"/>
              <w:end w:w="120" w:type="dxa"/>
            </w:tcMar>
            <w:tcBorders>
              <w:top w:val="single" w:sz="6" w:color="D9D2C2"/>
              <w:bottom w:val="single" w:sz="6" w:color="D9D2C2"/>
              <w:start w:val="single" w:sz="6" w:color="D9D2C2"/>
              <w:end w:val="single" w:sz="6" w:color="D9D2C2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29245B"/>
                <w:sz w:val="18"/>
              </w:rPr>
              <w:t>E-posta</w:t>
            </w:r>
          </w:p>
        </w:tc>
        <w:tc>
          <w:tcPr>
            <w:tcW w:type="dxa" w:w="6840"/>
            <w:shd w:fill="FFFFFF"/>
            <w:tcMar>
              <w:top w:w="95" w:type="dxa"/>
              <w:start w:w="120" w:type="dxa"/>
              <w:bottom w:w="95" w:type="dxa"/>
              <w:end w:w="120" w:type="dxa"/>
            </w:tcMar>
            <w:tcBorders>
              <w:top w:val="single" w:sz="6" w:color="D9D2C2"/>
              <w:bottom w:val="single" w:sz="6" w:color="D9D2C2"/>
              <w:start w:val="single" w:sz="6" w:color="D9D2C2"/>
              <w:end w:val="single" w:sz="6" w:color="D9D2C2"/>
            </w:tcBorders>
            <w:vAlign w:val="center"/>
          </w:tcPr>
          <w:p>
            <w:pPr>
              <w:spacing w:after="0"/>
            </w:pPr>
          </w:p>
        </w:tc>
      </w:tr>
      <w:tr>
        <w:trPr>
          <w:trHeight w:val="420" w:hRule="atLeast"/>
        </w:trPr>
        <w:tc>
          <w:tcPr>
            <w:tcW w:type="dxa" w:w="2376"/>
            <w:shd w:fill="F8F5EE"/>
            <w:tcMar>
              <w:top w:w="95" w:type="dxa"/>
              <w:start w:w="120" w:type="dxa"/>
              <w:bottom w:w="95" w:type="dxa"/>
              <w:end w:w="120" w:type="dxa"/>
            </w:tcMar>
            <w:tcBorders>
              <w:top w:val="single" w:sz="6" w:color="D9D2C2"/>
              <w:bottom w:val="single" w:sz="6" w:color="D9D2C2"/>
              <w:start w:val="single" w:sz="6" w:color="D9D2C2"/>
              <w:end w:val="single" w:sz="6" w:color="D9D2C2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29245B"/>
                <w:sz w:val="18"/>
              </w:rPr>
              <w:t>Telefon</w:t>
            </w:r>
          </w:p>
        </w:tc>
        <w:tc>
          <w:tcPr>
            <w:tcW w:type="dxa" w:w="6840"/>
            <w:shd w:fill="FFFFFF"/>
            <w:tcMar>
              <w:top w:w="95" w:type="dxa"/>
              <w:start w:w="120" w:type="dxa"/>
              <w:bottom w:w="95" w:type="dxa"/>
              <w:end w:w="120" w:type="dxa"/>
            </w:tcMar>
            <w:tcBorders>
              <w:top w:val="single" w:sz="6" w:color="D9D2C2"/>
              <w:bottom w:val="single" w:sz="6" w:color="D9D2C2"/>
              <w:start w:val="single" w:sz="6" w:color="D9D2C2"/>
              <w:end w:val="single" w:sz="6" w:color="D9D2C2"/>
            </w:tcBorders>
            <w:vAlign w:val="center"/>
          </w:tcPr>
          <w:p>
            <w:pPr>
              <w:spacing w:after="0"/>
            </w:pPr>
          </w:p>
        </w:tc>
      </w:tr>
      <w:tr>
        <w:trPr>
          <w:trHeight w:val="420" w:hRule="atLeast"/>
        </w:trPr>
        <w:tc>
          <w:tcPr>
            <w:tcW w:type="dxa" w:w="2376"/>
            <w:shd w:fill="F8F5EE"/>
            <w:tcMar>
              <w:top w:w="95" w:type="dxa"/>
              <w:start w:w="120" w:type="dxa"/>
              <w:bottom w:w="95" w:type="dxa"/>
              <w:end w:w="120" w:type="dxa"/>
            </w:tcMar>
            <w:tcBorders>
              <w:top w:val="single" w:sz="6" w:color="D9D2C2"/>
              <w:bottom w:val="single" w:sz="6" w:color="D9D2C2"/>
              <w:start w:val="single" w:sz="6" w:color="D9D2C2"/>
              <w:end w:val="single" w:sz="6" w:color="D9D2C2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29245B"/>
                <w:sz w:val="18"/>
              </w:rPr>
              <w:t>Tebligata Esas Adres</w:t>
            </w:r>
          </w:p>
        </w:tc>
        <w:tc>
          <w:tcPr>
            <w:tcW w:type="dxa" w:w="6840"/>
            <w:shd w:fill="FFFFFF"/>
            <w:tcMar>
              <w:top w:w="95" w:type="dxa"/>
              <w:start w:w="120" w:type="dxa"/>
              <w:bottom w:w="95" w:type="dxa"/>
              <w:end w:w="120" w:type="dxa"/>
            </w:tcMar>
            <w:tcBorders>
              <w:top w:val="single" w:sz="6" w:color="D9D2C2"/>
              <w:bottom w:val="single" w:sz="6" w:color="D9D2C2"/>
              <w:start w:val="single" w:sz="6" w:color="D9D2C2"/>
              <w:end w:val="single" w:sz="6" w:color="D9D2C2"/>
            </w:tcBorders>
            <w:vAlign w:val="center"/>
          </w:tcPr>
          <w:p>
            <w:pPr>
              <w:spacing w:after="0"/>
            </w:pPr>
          </w:p>
        </w:tc>
      </w:tr>
    </w:tbl>
    <w:p>
      <w:pPr>
        <w:spacing w:after="20"/>
      </w:pP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548"/>
        <w:gridCol w:w="8668"/>
      </w:tblGrid>
      <w:tr>
        <w:tc>
          <w:tcPr>
            <w:tcW w:type="dxa" w:w="547"/>
            <w:shd w:fill="F8F5EE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i w:val="0"/>
                <w:color w:val="8E7841"/>
                <w:sz w:val="18"/>
              </w:rPr>
              <w:t>2</w:t>
            </w:r>
          </w:p>
        </w:tc>
        <w:tc>
          <w:tcPr>
            <w:tcW w:type="dxa" w:w="8669"/>
            <w:tcMar>
              <w:top w:w="60" w:type="dxa"/>
              <w:start w:w="120" w:type="dxa"/>
              <w:bottom w:w="60" w:type="dxa"/>
              <w:end w:w="60" w:type="dxa"/>
            </w:tcMar>
          </w:tcPr>
          <w:p>
            <w:pPr>
              <w:keepNext/>
              <w:spacing w:after="0"/>
            </w:pPr>
            <w:r>
              <w:rPr>
                <w:rFonts w:ascii="Calibri" w:hAnsi="Calibri"/>
                <w:b/>
                <w:i w:val="0"/>
                <w:color w:val="29245B"/>
                <w:sz w:val="23"/>
              </w:rPr>
              <w:t>Talebin Konusu</w:t>
            </w:r>
          </w:p>
        </w:tc>
      </w:tr>
    </w:tbl>
    <w:p>
      <w:pPr>
        <w:spacing w:after="20"/>
      </w:pPr>
    </w:p>
    <w:p>
      <w:pPr>
        <w:spacing w:after="60" w:line="252" w:lineRule="auto"/>
        <w:ind w:left="115" w:hanging="29"/>
      </w:pPr>
      <w:r>
        <w:rPr>
          <w:rFonts w:ascii="Calibri" w:hAnsi="Calibri"/>
          <w:b/>
          <w:i w:val="0"/>
          <w:color w:val="8E7841"/>
          <w:sz w:val="19"/>
        </w:rPr>
        <w:t xml:space="preserve">( )  </w:t>
      </w:r>
      <w:r>
        <w:rPr>
          <w:rFonts w:ascii="Calibri" w:hAnsi="Calibri"/>
          <w:b w:val="0"/>
          <w:i w:val="0"/>
          <w:color w:val="454353"/>
          <w:sz w:val="18"/>
        </w:rPr>
        <w:t>Kişisel verilerimin işlenip işlenmediğini öğrenmek istiyorum.</w:t>
      </w:r>
    </w:p>
    <w:p>
      <w:pPr>
        <w:spacing w:after="60" w:line="252" w:lineRule="auto"/>
        <w:ind w:left="115" w:hanging="29"/>
      </w:pPr>
      <w:r>
        <w:rPr>
          <w:rFonts w:ascii="Calibri" w:hAnsi="Calibri"/>
          <w:b/>
          <w:i w:val="0"/>
          <w:color w:val="8E7841"/>
          <w:sz w:val="19"/>
        </w:rPr>
        <w:t xml:space="preserve">( )  </w:t>
      </w:r>
      <w:r>
        <w:rPr>
          <w:rFonts w:ascii="Calibri" w:hAnsi="Calibri"/>
          <w:b w:val="0"/>
          <w:i w:val="0"/>
          <w:color w:val="454353"/>
          <w:sz w:val="18"/>
        </w:rPr>
        <w:t>İşlenmişse buna ilişkin bilgi talep ediyorum.</w:t>
      </w:r>
    </w:p>
    <w:p>
      <w:pPr>
        <w:spacing w:after="60" w:line="252" w:lineRule="auto"/>
        <w:ind w:left="115" w:hanging="29"/>
      </w:pPr>
      <w:r>
        <w:rPr>
          <w:rFonts w:ascii="Calibri" w:hAnsi="Calibri"/>
          <w:b/>
          <w:i w:val="0"/>
          <w:color w:val="8E7841"/>
          <w:sz w:val="19"/>
        </w:rPr>
        <w:t xml:space="preserve">( )  </w:t>
      </w:r>
      <w:r>
        <w:rPr>
          <w:rFonts w:ascii="Calibri" w:hAnsi="Calibri"/>
          <w:b w:val="0"/>
          <w:i w:val="0"/>
          <w:color w:val="454353"/>
          <w:sz w:val="18"/>
        </w:rPr>
        <w:t>İşlenme amacını ve amacına uygun kullanılıp kullanılmadığını öğrenmek istiyorum.</w:t>
      </w:r>
    </w:p>
    <w:p>
      <w:pPr>
        <w:spacing w:after="60" w:line="252" w:lineRule="auto"/>
        <w:ind w:left="115" w:hanging="29"/>
      </w:pPr>
      <w:r>
        <w:rPr>
          <w:rFonts w:ascii="Calibri" w:hAnsi="Calibri"/>
          <w:b/>
          <w:i w:val="0"/>
          <w:color w:val="8E7841"/>
          <w:sz w:val="19"/>
        </w:rPr>
        <w:t xml:space="preserve">( )  </w:t>
      </w:r>
      <w:r>
        <w:rPr>
          <w:rFonts w:ascii="Calibri" w:hAnsi="Calibri"/>
          <w:b w:val="0"/>
          <w:i w:val="0"/>
          <w:color w:val="454353"/>
          <w:sz w:val="18"/>
        </w:rPr>
        <w:t>Aktarıldığı üçüncü kişileri öğrenmek istiyorum.</w:t>
      </w:r>
    </w:p>
    <w:p>
      <w:pPr>
        <w:spacing w:after="60" w:line="252" w:lineRule="auto"/>
        <w:ind w:left="115" w:hanging="29"/>
      </w:pPr>
      <w:r>
        <w:rPr>
          <w:rFonts w:ascii="Calibri" w:hAnsi="Calibri"/>
          <w:b/>
          <w:i w:val="0"/>
          <w:color w:val="8E7841"/>
          <w:sz w:val="19"/>
        </w:rPr>
        <w:t xml:space="preserve">( )  </w:t>
      </w:r>
      <w:r>
        <w:rPr>
          <w:rFonts w:ascii="Calibri" w:hAnsi="Calibri"/>
          <w:b w:val="0"/>
          <w:i w:val="0"/>
          <w:color w:val="454353"/>
          <w:sz w:val="18"/>
        </w:rPr>
        <w:t>Eksik veya yanlış işlenen verilerimin düzeltilmesini istiyorum.</w:t>
      </w:r>
    </w:p>
    <w:p>
      <w:pPr>
        <w:spacing w:after="60" w:line="252" w:lineRule="auto"/>
        <w:ind w:left="115" w:hanging="29"/>
      </w:pPr>
      <w:r>
        <w:rPr>
          <w:rFonts w:ascii="Calibri" w:hAnsi="Calibri"/>
          <w:b/>
          <w:i w:val="0"/>
          <w:color w:val="8E7841"/>
          <w:sz w:val="19"/>
        </w:rPr>
        <w:t xml:space="preserve">( )  </w:t>
      </w:r>
      <w:r>
        <w:rPr>
          <w:rFonts w:ascii="Calibri" w:hAnsi="Calibri"/>
          <w:b w:val="0"/>
          <w:i w:val="0"/>
          <w:color w:val="454353"/>
          <w:sz w:val="18"/>
        </w:rPr>
        <w:t>Verilerimin silinmesini veya yok edilmesini istiyorum.</w:t>
      </w:r>
    </w:p>
    <w:p>
      <w:pPr>
        <w:spacing w:after="60" w:line="252" w:lineRule="auto"/>
        <w:ind w:left="115" w:hanging="29"/>
      </w:pPr>
      <w:r>
        <w:rPr>
          <w:rFonts w:ascii="Calibri" w:hAnsi="Calibri"/>
          <w:b/>
          <w:i w:val="0"/>
          <w:color w:val="8E7841"/>
          <w:sz w:val="19"/>
        </w:rPr>
        <w:t xml:space="preserve">( )  </w:t>
      </w:r>
      <w:r>
        <w:rPr>
          <w:rFonts w:ascii="Calibri" w:hAnsi="Calibri"/>
          <w:b w:val="0"/>
          <w:i w:val="0"/>
          <w:color w:val="454353"/>
          <w:sz w:val="18"/>
        </w:rPr>
        <w:t>Yapılan işlemlerin üçüncü kişilere bildirilmesini istiyorum.</w:t>
      </w:r>
    </w:p>
    <w:p>
      <w:pPr>
        <w:spacing w:after="60" w:line="252" w:lineRule="auto"/>
        <w:ind w:left="115" w:hanging="29"/>
      </w:pPr>
      <w:r>
        <w:rPr>
          <w:rFonts w:ascii="Calibri" w:hAnsi="Calibri"/>
          <w:b/>
          <w:i w:val="0"/>
          <w:color w:val="8E7841"/>
          <w:sz w:val="19"/>
        </w:rPr>
        <w:t xml:space="preserve">( )  </w:t>
      </w:r>
      <w:r>
        <w:rPr>
          <w:rFonts w:ascii="Calibri" w:hAnsi="Calibri"/>
          <w:b w:val="0"/>
          <w:i w:val="0"/>
          <w:color w:val="454353"/>
          <w:sz w:val="18"/>
        </w:rPr>
        <w:t>Otomatik sistemlerle analiz sonucu aleyhime çıkan sonuca itiraz ediyorum.</w:t>
      </w:r>
    </w:p>
    <w:p>
      <w:pPr>
        <w:spacing w:after="60" w:line="252" w:lineRule="auto"/>
        <w:ind w:left="115" w:hanging="29"/>
      </w:pPr>
      <w:r>
        <w:rPr>
          <w:rFonts w:ascii="Calibri" w:hAnsi="Calibri"/>
          <w:b/>
          <w:i w:val="0"/>
          <w:color w:val="8E7841"/>
          <w:sz w:val="19"/>
        </w:rPr>
        <w:t xml:space="preserve">( )  </w:t>
      </w:r>
      <w:r>
        <w:rPr>
          <w:rFonts w:ascii="Calibri" w:hAnsi="Calibri"/>
          <w:b w:val="0"/>
          <w:i w:val="0"/>
          <w:color w:val="454353"/>
          <w:sz w:val="18"/>
        </w:rPr>
        <w:t>Zararımın giderilmesini talep ediyorum.</w:t>
      </w:r>
    </w:p>
    <w:p>
      <w:r>
        <w:br w:type="page"/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548"/>
        <w:gridCol w:w="8668"/>
      </w:tblGrid>
      <w:tr>
        <w:tc>
          <w:tcPr>
            <w:tcW w:type="dxa" w:w="547"/>
            <w:shd w:fill="F8F5EE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i w:val="0"/>
                <w:color w:val="8E7841"/>
                <w:sz w:val="18"/>
              </w:rPr>
              <w:t>3</w:t>
            </w:r>
          </w:p>
        </w:tc>
        <w:tc>
          <w:tcPr>
            <w:tcW w:type="dxa" w:w="8669"/>
            <w:tcMar>
              <w:top w:w="60" w:type="dxa"/>
              <w:start w:w="120" w:type="dxa"/>
              <w:bottom w:w="60" w:type="dxa"/>
              <w:end w:w="60" w:type="dxa"/>
            </w:tcMar>
          </w:tcPr>
          <w:p>
            <w:pPr>
              <w:keepNext/>
              <w:spacing w:after="0"/>
            </w:pPr>
            <w:r>
              <w:rPr>
                <w:rFonts w:ascii="Calibri" w:hAnsi="Calibri"/>
                <w:b/>
                <w:i w:val="0"/>
                <w:color w:val="29245B"/>
                <w:sz w:val="23"/>
              </w:rPr>
              <w:t>Açıklama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792"/>
      </w:tblGrid>
      <w:tr>
        <w:tc>
          <w:tcPr>
            <w:tcW w:type="dxa" w:w="9216"/>
            <w:shd w:fill="FFFFFF"/>
            <w:tcMar>
              <w:top w:w="120" w:type="dxa"/>
              <w:start w:w="140" w:type="dxa"/>
              <w:bottom w:w="120" w:type="dxa"/>
              <w:end w:w="140" w:type="dxa"/>
            </w:tcMar>
            <w:tcBorders>
              <w:top w:val="single" w:sz="6" w:color="D9D2C2"/>
              <w:bottom w:val="single" w:sz="6" w:color="D9D2C2"/>
              <w:start w:val="single" w:sz="6" w:color="D9D2C2"/>
              <w:end w:val="single" w:sz="6" w:color="D9D2C2"/>
            </w:tcBorders>
          </w:tcPr>
          <w:p>
            <w:pPr>
              <w:spacing w:after="0"/>
            </w:pPr>
            <w:r>
              <w:rPr>
                <w:rFonts w:ascii="Calibri" w:hAnsi="Calibri"/>
                <w:b w:val="0"/>
                <w:i/>
                <w:color w:val="8B8993"/>
                <w:sz w:val="17"/>
              </w:rPr>
              <w:t>Talebinizi ayrıntılı olarak açıklayınız.</w:t>
            </w:r>
          </w:p>
          <w:p>
            <w:pPr>
              <w:spacing w:after="80"/>
            </w:pPr>
            <w:r>
              <w:rPr>
                <w:rFonts w:ascii="Calibri" w:hAnsi="Calibri"/>
                <w:b w:val="0"/>
                <w:i w:val="0"/>
                <w:color w:val="C6C1B6"/>
                <w:sz w:val="16"/>
              </w:rPr>
              <w:t>________________________________________________________________________________</w:t>
            </w:r>
          </w:p>
          <w:p>
            <w:pPr>
              <w:spacing w:after="80"/>
            </w:pPr>
            <w:r>
              <w:rPr>
                <w:rFonts w:ascii="Calibri" w:hAnsi="Calibri"/>
                <w:b w:val="0"/>
                <w:i w:val="0"/>
                <w:color w:val="C6C1B6"/>
                <w:sz w:val="16"/>
              </w:rPr>
              <w:t>________________________________________________________________________________</w:t>
            </w:r>
          </w:p>
          <w:p>
            <w:pPr>
              <w:spacing w:after="80"/>
            </w:pPr>
            <w:r>
              <w:rPr>
                <w:rFonts w:ascii="Calibri" w:hAnsi="Calibri"/>
                <w:b w:val="0"/>
                <w:i w:val="0"/>
                <w:color w:val="C6C1B6"/>
                <w:sz w:val="16"/>
              </w:rPr>
              <w:t>________________________________________________________________________________</w:t>
            </w:r>
          </w:p>
          <w:p>
            <w:pPr>
              <w:spacing w:after="80"/>
            </w:pPr>
            <w:r>
              <w:rPr>
                <w:rFonts w:ascii="Calibri" w:hAnsi="Calibri"/>
                <w:b w:val="0"/>
                <w:i w:val="0"/>
                <w:color w:val="C6C1B6"/>
                <w:sz w:val="16"/>
              </w:rPr>
              <w:t>________________________________________________________________________________</w:t>
            </w:r>
          </w:p>
          <w:p>
            <w:pPr>
              <w:spacing w:after="80"/>
            </w:pPr>
            <w:r>
              <w:rPr>
                <w:rFonts w:ascii="Calibri" w:hAnsi="Calibri"/>
                <w:b w:val="0"/>
                <w:i w:val="0"/>
                <w:color w:val="C6C1B6"/>
                <w:sz w:val="16"/>
              </w:rPr>
              <w:t>________________________________________________________________________________</w:t>
            </w:r>
          </w:p>
          <w:p>
            <w:pPr>
              <w:spacing w:after="80"/>
            </w:pPr>
            <w:r>
              <w:rPr>
                <w:rFonts w:ascii="Calibri" w:hAnsi="Calibri"/>
                <w:b w:val="0"/>
                <w:i w:val="0"/>
                <w:color w:val="C6C1B6"/>
                <w:sz w:val="16"/>
              </w:rPr>
              <w:t>________________________________________________________________________________</w:t>
            </w:r>
          </w:p>
          <w:p>
            <w:pPr>
              <w:spacing w:after="80"/>
            </w:pPr>
            <w:r>
              <w:rPr>
                <w:rFonts w:ascii="Calibri" w:hAnsi="Calibri"/>
                <w:b w:val="0"/>
                <w:i w:val="0"/>
                <w:color w:val="C6C1B6"/>
                <w:sz w:val="16"/>
              </w:rPr>
              <w:t>________________________________________________________________________________</w:t>
            </w:r>
          </w:p>
        </w:tc>
      </w:tr>
    </w:tbl>
    <w:p>
      <w:pPr>
        <w:spacing w:after="20"/>
      </w:pP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548"/>
        <w:gridCol w:w="8668"/>
      </w:tblGrid>
      <w:tr>
        <w:tc>
          <w:tcPr>
            <w:tcW w:type="dxa" w:w="547"/>
            <w:shd w:fill="F8F5EE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i w:val="0"/>
                <w:color w:val="8E7841"/>
                <w:sz w:val="18"/>
              </w:rPr>
              <w:t>4</w:t>
            </w:r>
          </w:p>
        </w:tc>
        <w:tc>
          <w:tcPr>
            <w:tcW w:type="dxa" w:w="8669"/>
            <w:tcMar>
              <w:top w:w="60" w:type="dxa"/>
              <w:start w:w="120" w:type="dxa"/>
              <w:bottom w:w="60" w:type="dxa"/>
              <w:end w:w="60" w:type="dxa"/>
            </w:tcMar>
          </w:tcPr>
          <w:p>
            <w:pPr>
              <w:keepNext/>
              <w:spacing w:after="0"/>
            </w:pPr>
            <w:r>
              <w:rPr>
                <w:rFonts w:ascii="Calibri" w:hAnsi="Calibri"/>
                <w:b/>
                <w:i w:val="0"/>
                <w:color w:val="29245B"/>
                <w:sz w:val="23"/>
              </w:rPr>
              <w:t>Yanıtın İletilmesini İstediğiniz Kanal</w:t>
            </w:r>
          </w:p>
        </w:tc>
      </w:tr>
    </w:tbl>
    <w:p>
      <w:pPr>
        <w:spacing w:after="20"/>
      </w:pPr>
    </w:p>
    <w:p>
      <w:pPr>
        <w:spacing w:after="160"/>
      </w:pPr>
      <w:r>
        <w:rPr>
          <w:rFonts w:ascii="Calibri" w:hAnsi="Calibri"/>
          <w:b/>
          <w:i w:val="0"/>
          <w:color w:val="29245B"/>
          <w:sz w:val="19"/>
        </w:rPr>
        <w:t>( )  E-posta</w:t>
      </w:r>
      <w:r>
        <w:rPr>
          <w:rFonts w:ascii="Calibri" w:hAnsi="Calibri"/>
          <w:b w:val="0"/>
          <w:i w:val="0"/>
          <w:color w:val="454353"/>
          <w:sz w:val="19"/>
        </w:rPr>
        <w:t xml:space="preserve">       </w:t>
      </w:r>
      <w:r>
        <w:rPr>
          <w:rFonts w:ascii="Calibri" w:hAnsi="Calibri"/>
          <w:b/>
          <w:i w:val="0"/>
          <w:color w:val="29245B"/>
          <w:sz w:val="19"/>
        </w:rPr>
        <w:t>( )  Posta (tebligat adresi)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792"/>
      </w:tblGrid>
      <w:tr>
        <w:tc>
          <w:tcPr>
            <w:tcW w:type="dxa" w:w="9216"/>
            <w:shd w:fill="F8F5EE"/>
            <w:tcMar>
              <w:top w:w="120" w:type="dxa"/>
              <w:start w:w="140" w:type="dxa"/>
              <w:bottom w:w="120" w:type="dxa"/>
              <w:end w:w="140" w:type="dxa"/>
            </w:tcMar>
            <w:tcBorders>
              <w:top w:val="single" w:sz="6" w:color="D9D2C2"/>
              <w:bottom w:val="single" w:sz="6" w:color="D9D2C2"/>
              <w:start w:val="single" w:sz="6" w:color="D9D2C2"/>
              <w:end w:val="single" w:sz="6" w:color="D9D2C2"/>
            </w:tcBorders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29245B"/>
                <w:sz w:val="17"/>
              </w:rPr>
              <w:t xml:space="preserve">Bilgilendirme: </w:t>
            </w:r>
            <w:r>
              <w:rPr>
                <w:rFonts w:ascii="Calibri" w:hAnsi="Calibri"/>
                <w:b w:val="0"/>
                <w:i w:val="0"/>
                <w:color w:val="454353"/>
                <w:sz w:val="17"/>
              </w:rPr>
              <w:t>Başvurunuzda ad-soyad, imza (yazılı başvuruda), T.C. kimlik numarası, tebligata esas adres, varsa e-posta ve telefon bilgileriniz ile talebinizin konusu yer almalıdır.</w:t>
            </w:r>
          </w:p>
        </w:tc>
      </w:tr>
    </w:tbl>
    <w:p>
      <w:pPr>
        <w:spacing w:after="6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96"/>
        <w:gridCol w:w="4896"/>
      </w:tblGrid>
      <w:tr>
        <w:tc>
          <w:tcPr>
            <w:tcW w:type="dxa" w:w="4608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29245B"/>
                <w:sz w:val="18"/>
              </w:rPr>
              <w:t>Tarih</w:t>
            </w:r>
          </w:p>
        </w:tc>
        <w:tc>
          <w:tcPr>
            <w:tcW w:type="dxa" w:w="4608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29245B"/>
                <w:sz w:val="18"/>
              </w:rPr>
              <w:t>İmza</w:t>
            </w:r>
          </w:p>
        </w:tc>
      </w:tr>
      <w:tr>
        <w:trPr>
          <w:trHeight w:val="780" w:hRule="atLeast"/>
          <w:trHeight w:val="780" w:hRule="atLeast"/>
        </w:trPr>
        <w:tc>
          <w:tcPr>
            <w:tcW w:type="dxa" w:w="4608"/>
            <w:tcMar>
              <w:top w:w="80" w:type="dxa"/>
              <w:start w:w="100" w:type="dxa"/>
              <w:bottom w:w="80" w:type="dxa"/>
              <w:end w:w="100" w:type="dxa"/>
            </w:tcMar>
            <w:tcBorders>
              <w:bottom w:val="single" w:sz="6" w:color="D9D2C2"/>
            </w:tcBorders>
          </w:tcPr>
          <w:p/>
        </w:tc>
        <w:tc>
          <w:tcPr>
            <w:tcW w:type="dxa" w:w="4608"/>
            <w:tcMar>
              <w:top w:w="80" w:type="dxa"/>
              <w:start w:w="100" w:type="dxa"/>
              <w:bottom w:w="80" w:type="dxa"/>
              <w:end w:w="100" w:type="dxa"/>
            </w:tcMar>
            <w:tcBorders>
              <w:bottom w:val="single" w:sz="6" w:color="D9D2C2"/>
            </w:tcBorders>
          </w:tcPr>
          <w:p/>
        </w:tc>
      </w:tr>
    </w:tbl>
    <w:sectPr>
      <w:headerReference w:type="default" r:id="rId9"/>
      <w:footerReference w:type="default" r:id="rId10"/>
      <w:pgSz w:w="12240" w:h="15840"/>
      <w:pgMar w:top="979" w:right="1224" w:bottom="936" w:left="1224" w:header="360" w:footer="43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after="0"/>
      <w:jc w:val="center"/>
    </w:pPr>
    <w:r>
      <w:rPr>
        <w:rFonts w:ascii="Calibri" w:hAnsi="Calibri"/>
        <w:b w:val="0"/>
        <w:i w:val="0"/>
        <w:color w:val="777480"/>
        <w:sz w:val="15"/>
      </w:rPr>
      <w:t>Aksu Piliç Tarım Sanayi İç ve Dış Tic. A.Ş.  •  tuketici@hamzaefendi.com.tr  •  0850 304 44 44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right"/>
    </w:pPr>
    <w:r>
      <w:rPr>
        <w:rFonts w:ascii="Calibri" w:hAnsi="Calibri"/>
        <w:b/>
        <w:i w:val="0"/>
        <w:color w:val="8E7841"/>
        <w:sz w:val="16"/>
      </w:rPr>
      <w:t>HAMZA EFENDİ BAKLAVA  |  KVKK BAŞVURU FORMU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Calibri" w:hAnsi="Calibri"/>
      <w:color w:val="454353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Hamza Efendi Veri Sorumlusuna Başvuru Formu</dc:title>
  <dc:subject>6698 sayılı Kanun kapsamında veri sorumlusuna başvuru formu</dc:subject>
  <dc:creator/>
  <cp:keywords>Hamza Efendi, KVKK, veri sorumlusu, başvuru formu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